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B78F48"/>
          <w:sz w:val="18"/>
        </w:rPr>
        <w:t>WZÓR DO UZUPEŁNIENIA</w:t>
      </w:r>
    </w:p>
    <w:p>
      <w:pPr>
        <w:spacing w:after="140"/>
      </w:pPr>
      <w:r>
        <w:rPr>
          <w:rFonts w:ascii="Georgia" w:hAnsi="Georgia"/>
          <w:color w:val="071725"/>
          <w:sz w:val="56"/>
        </w:rPr>
        <w:t>Zgoda na przesłanie oferty handlowej</w:t>
      </w:r>
    </w:p>
    <w:p>
      <w:pPr>
        <w:spacing w:after="320"/>
      </w:pPr>
      <w:r>
        <w:rPr>
          <w:rFonts w:ascii="Calibri" w:hAnsi="Calibri"/>
          <w:color w:val="536572"/>
          <w:sz w:val="24"/>
        </w:rPr>
        <w:t>Formularz dla poczty elektronicznej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c>
          <w:tcPr>
            <w:tcW w:type="dxa" w:w="2100"/>
            <w:vAlign w:val="top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71725"/>
                <w:sz w:val="19"/>
              </w:rPr>
              <w:t>Nadawca</w:t>
            </w:r>
          </w:p>
        </w:tc>
        <w:tc>
          <w:tcPr>
            <w:tcW w:type="dxa" w:w="72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71725"/>
                <w:sz w:val="19"/>
              </w:rPr>
              <w:t>[PEŁNA NAZWA I DANE IDENTYFIKACYJNE]</w:t>
            </w:r>
          </w:p>
        </w:tc>
      </w:tr>
      <w:tr>
        <w:tc>
          <w:tcPr>
            <w:tcW w:type="dxa" w:w="2100"/>
            <w:vAlign w:val="top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71725"/>
                <w:sz w:val="19"/>
              </w:rPr>
              <w:t>Odbiorca</w:t>
            </w:r>
          </w:p>
        </w:tc>
        <w:tc>
          <w:tcPr>
            <w:tcW w:type="dxa" w:w="72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71725"/>
                <w:sz w:val="19"/>
              </w:rPr>
              <w:t>[IMIĘ I NAZWISKO / NAZWA ORAZ ADRES E-MAIL]</w:t>
            </w:r>
          </w:p>
        </w:tc>
      </w:tr>
      <w:tr>
        <w:tc>
          <w:tcPr>
            <w:tcW w:type="dxa" w:w="2100"/>
            <w:vAlign w:val="top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71725"/>
                <w:sz w:val="19"/>
              </w:rPr>
              <w:t>Wersja klauzuli</w:t>
            </w:r>
          </w:p>
        </w:tc>
        <w:tc>
          <w:tcPr>
            <w:tcW w:type="dxa" w:w="72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71725"/>
                <w:sz w:val="19"/>
              </w:rPr>
              <w:t>[NUMER / DATA WERSJI]</w:t>
            </w:r>
          </w:p>
        </w:tc>
      </w:tr>
    </w:tbl>
    <w:p>
      <w:pPr>
        <w:spacing w:after="0"/>
      </w:pPr>
    </w:p>
    <w:p>
      <w:pPr>
        <w:pStyle w:val="Heading1"/>
      </w:pPr>
      <w:r>
        <w:t>A. Zgoda na jedną oznaczoną ofertę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8840"/>
      </w:tblGrid>
      <w:tr>
        <w:tc>
          <w:tcPr>
            <w:tcW w:type="dxa" w:w="52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color w:val="87343A"/>
                <w:sz w:val="26"/>
              </w:rPr>
              <w:t>☐</w:t>
            </w:r>
          </w:p>
        </w:tc>
        <w:tc>
          <w:tcPr>
            <w:tcW w:type="dxa" w:w="884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Wyrażam zgodę na przesłanie przez [PEŁNA NAZWA NADAWCY] na adres [ADRES E-MAIL] jednej informacji handlowej dotyczącej [DOKŁADNY ZAKRES OFERTY], z wykorzystaniem poczty elektronicznej.</w:t>
            </w:r>
          </w:p>
        </w:tc>
      </w:tr>
    </w:tbl>
    <w:p>
      <w:r>
        <w:t>Zgoda obejmuje wyłącznie wskazaną wyżej ofertę. Nie obejmuje newslettera, kolejnych ofert ani innych kanałów komunikacji.</w:t>
      </w:r>
    </w:p>
    <w:p>
      <w:pPr>
        <w:pStyle w:val="Heading1"/>
      </w:pPr>
      <w:r>
        <w:t>B. Zgoda na cykliczne informacje handlowe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8840"/>
      </w:tblGrid>
      <w:tr>
        <w:tc>
          <w:tcPr>
            <w:tcW w:type="dxa" w:w="52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color w:val="87343A"/>
                <w:sz w:val="26"/>
              </w:rPr>
              <w:t>☐</w:t>
            </w:r>
          </w:p>
        </w:tc>
        <w:tc>
          <w:tcPr>
            <w:tcW w:type="dxa" w:w="884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Wyrażam zgodę na otrzymywanie od [PEŁNA NAZWA NADAWCY] na adres [ADRES E-MAIL] informacji handlowych i treści marketingowych dotyczących [KATEGORIE PRODUKTÓW, USŁUG LUB TREŚCI], przesyłanych za pomocą poczty elektronicznej.</w:t>
            </w:r>
          </w:p>
        </w:tc>
      </w:tr>
    </w:tbl>
    <w:p>
      <w:r>
        <w:t>Częstotliwość komunikacji: [NP. NIE CZĘŚCIEJ NIŻ RAZ W MIESIĄCU].</w:t>
      </w:r>
    </w:p>
    <w:p>
      <w:pPr>
        <w:pStyle w:val="Heading1"/>
      </w:pPr>
      <w:r>
        <w:t>Wycofanie zgody</w:t>
      </w:r>
    </w:p>
    <w:p>
      <w:r>
        <w:t>Zgoda jest dobrowolna i może zostać wycofana w każdym czasie przez [LINK W WIADOMOŚCI / E-MAIL: ADRES / INNY PROSTY SPOSÓB]. Wycofanie zgody nie wpływa na zgodność z prawem działań podjętych przed jej wycofaniem.</w:t>
      </w:r>
    </w:p>
    <w:p>
      <w:r>
        <w:t>Informacje o administratorze, celach, podstawach, odbiorcach, okresie przechowywania i prawach osoby są dostępne pod adresem [LINK DO KLAUZULI INFORMACYJNEJ / POLITYKI PRYWATNOŚCI].</w:t>
      </w:r>
    </w:p>
    <w:p>
      <w:pPr>
        <w:pStyle w:val="Heading1"/>
      </w:pPr>
      <w:r>
        <w:t>Potwierdzenie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536572"/>
                <w:sz w:val="16"/>
              </w:rPr>
              <w:t>MIEJSCOWOŚĆ I DATA</w:t>
            </w:r>
          </w:p>
        </w:tc>
        <w:tc>
          <w:tcPr>
            <w:tcW w:type="dxa" w:w="4680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color w:val="536572"/>
                <w:sz w:val="16"/>
              </w:rPr>
              <w:t>IMIĘ I NAZWISKO / PODPIS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160"/>
            </w:pPr>
            <w:r>
              <w:rPr>
                <w:rFonts w:ascii="Calibri" w:hAnsi="Calibri"/>
                <w:b/>
                <w:color w:val="87343A"/>
                <w:sz w:val="21"/>
              </w:rPr>
              <w:t>[MIEJSCOWOŚĆ, DD.MM.RRRR]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160"/>
            </w:pPr>
            <w:r>
              <w:rPr>
                <w:rFonts w:ascii="Calibri" w:hAnsi="Calibri"/>
                <w:b/>
                <w:color w:val="87343A"/>
                <w:sz w:val="21"/>
              </w:rPr>
              <w:t>[UZUPEŁNIJ]</w:t>
            </w:r>
          </w:p>
        </w:tc>
      </w:tr>
    </w:tbl>
    <w:p>
      <w:r>
        <w:br w:type="page"/>
      </w:r>
    </w:p>
    <w:p>
      <w:pPr>
        <w:pStyle w:val="Heading1"/>
      </w:pPr>
      <w:r>
        <w:t>Ewidencja zgody - część nadawcy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c>
          <w:tcPr>
            <w:tcW w:type="dxa" w:w="2600"/>
            <w:vAlign w:val="top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71725"/>
                <w:sz w:val="19"/>
              </w:rPr>
              <w:t>Identyfikator rekordu</w:t>
            </w:r>
          </w:p>
        </w:tc>
        <w:tc>
          <w:tcPr>
            <w:tcW w:type="dxa" w:w="6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71725"/>
                <w:sz w:val="19"/>
              </w:rPr>
              <w:t>[UZUPEŁNIJ]</w:t>
            </w:r>
          </w:p>
        </w:tc>
      </w:tr>
      <w:tr>
        <w:tc>
          <w:tcPr>
            <w:tcW w:type="dxa" w:w="2600"/>
            <w:vAlign w:val="top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71725"/>
                <w:sz w:val="19"/>
              </w:rPr>
              <w:t>Adres e-mail</w:t>
            </w:r>
          </w:p>
        </w:tc>
        <w:tc>
          <w:tcPr>
            <w:tcW w:type="dxa" w:w="6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71725"/>
                <w:sz w:val="19"/>
              </w:rPr>
              <w:t>[UZUPEŁNIJ]</w:t>
            </w:r>
          </w:p>
        </w:tc>
      </w:tr>
      <w:tr>
        <w:tc>
          <w:tcPr>
            <w:tcW w:type="dxa" w:w="2600"/>
            <w:vAlign w:val="top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71725"/>
                <w:sz w:val="19"/>
              </w:rPr>
              <w:t>Zakres</w:t>
            </w:r>
          </w:p>
        </w:tc>
        <w:tc>
          <w:tcPr>
            <w:tcW w:type="dxa" w:w="6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71725"/>
                <w:sz w:val="19"/>
              </w:rPr>
              <w:t>[WARIANT A / WARIANT B ORAZ DOKŁADNA TREŚĆ]</w:t>
            </w:r>
          </w:p>
        </w:tc>
      </w:tr>
      <w:tr>
        <w:tc>
          <w:tcPr>
            <w:tcW w:type="dxa" w:w="2600"/>
            <w:vAlign w:val="top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71725"/>
                <w:sz w:val="19"/>
              </w:rPr>
              <w:t>Data i czas</w:t>
            </w:r>
          </w:p>
        </w:tc>
        <w:tc>
          <w:tcPr>
            <w:tcW w:type="dxa" w:w="6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71725"/>
                <w:sz w:val="19"/>
              </w:rPr>
              <w:t>[DD.MM.RRRR, GG:MM, STREFA CZASOWA]</w:t>
            </w:r>
          </w:p>
        </w:tc>
      </w:tr>
      <w:tr>
        <w:tc>
          <w:tcPr>
            <w:tcW w:type="dxa" w:w="2600"/>
            <w:vAlign w:val="top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71725"/>
                <w:sz w:val="19"/>
              </w:rPr>
              <w:t>Źródło</w:t>
            </w:r>
          </w:p>
        </w:tc>
        <w:tc>
          <w:tcPr>
            <w:tcW w:type="dxa" w:w="6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71725"/>
                <w:sz w:val="19"/>
              </w:rPr>
              <w:t>[FORMULARZ / WIADOMOŚĆ / DOKUMENT / ADRES URL]</w:t>
            </w:r>
          </w:p>
        </w:tc>
      </w:tr>
      <w:tr>
        <w:tc>
          <w:tcPr>
            <w:tcW w:type="dxa" w:w="2600"/>
            <w:vAlign w:val="top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71725"/>
                <w:sz w:val="19"/>
              </w:rPr>
              <w:t>Wersja klauzuli</w:t>
            </w:r>
          </w:p>
        </w:tc>
        <w:tc>
          <w:tcPr>
            <w:tcW w:type="dxa" w:w="6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71725"/>
                <w:sz w:val="19"/>
              </w:rPr>
              <w:t>[NUMER / SKRÓT TREŚCI / LOKALIZACJA PLIKU]</w:t>
            </w:r>
          </w:p>
        </w:tc>
      </w:tr>
      <w:tr>
        <w:tc>
          <w:tcPr>
            <w:tcW w:type="dxa" w:w="2600"/>
            <w:vAlign w:val="top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71725"/>
                <w:sz w:val="19"/>
              </w:rPr>
              <w:t>Dowód</w:t>
            </w:r>
          </w:p>
        </w:tc>
        <w:tc>
          <w:tcPr>
            <w:tcW w:type="dxa" w:w="6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71725"/>
                <w:sz w:val="19"/>
              </w:rPr>
              <w:t>[IDENTYFIKATOR LOGU / PLIK / ZRZUT / POTWIERDZENIE]</w:t>
            </w:r>
          </w:p>
        </w:tc>
      </w:tr>
      <w:tr>
        <w:tc>
          <w:tcPr>
            <w:tcW w:type="dxa" w:w="2600"/>
            <w:vAlign w:val="top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71725"/>
                <w:sz w:val="19"/>
              </w:rPr>
              <w:t>Wycofanie lub sprzeciw</w:t>
            </w:r>
          </w:p>
        </w:tc>
        <w:tc>
          <w:tcPr>
            <w:tcW w:type="dxa" w:w="6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71725"/>
                <w:sz w:val="19"/>
              </w:rPr>
              <w:t>[DATA, KANAŁ, ZAKRES I POTWIERDZENIE WYKONANIA]</w:t>
            </w:r>
          </w:p>
        </w:tc>
      </w:tr>
      <w:tr>
        <w:tc>
          <w:tcPr>
            <w:tcW w:type="dxa" w:w="2600"/>
            <w:vAlign w:val="top"/>
            <w:shd w:fill="EEE7D9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71725"/>
                <w:sz w:val="19"/>
              </w:rPr>
              <w:t>Lista blokująca</w:t>
            </w:r>
          </w:p>
        </w:tc>
        <w:tc>
          <w:tcPr>
            <w:tcW w:type="dxa" w:w="67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71725"/>
                <w:sz w:val="19"/>
              </w:rPr>
              <w:t>[DATA DODANIA / SYSTEMY OBJĘTE BLOKADĄ]</w:t>
            </w:r>
          </w:p>
        </w:tc>
      </w:tr>
    </w:tbl>
    <w:p>
      <w:pPr>
        <w:spacing w:after="0"/>
      </w:pPr>
    </w:p>
    <w:p>
      <w:pPr>
        <w:pStyle w:val="Heading1"/>
      </w:pPr>
      <w:r>
        <w:t>Kontrola przed użyciem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8840"/>
      </w:tblGrid>
      <w:tr>
        <w:tc>
          <w:tcPr>
            <w:tcW w:type="dxa" w:w="52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color w:val="87343A"/>
                <w:sz w:val="26"/>
              </w:rPr>
              <w:t>☐</w:t>
            </w:r>
          </w:p>
        </w:tc>
        <w:tc>
          <w:tcPr>
            <w:tcW w:type="dxa" w:w="884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Wybrano tylko jeden zakres zgody odpowiadający rzeczywistemu celowi.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8840"/>
      </w:tblGrid>
      <w:tr>
        <w:tc>
          <w:tcPr>
            <w:tcW w:type="dxa" w:w="52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color w:val="87343A"/>
                <w:sz w:val="26"/>
              </w:rPr>
              <w:t>☐</w:t>
            </w:r>
          </w:p>
        </w:tc>
        <w:tc>
          <w:tcPr>
            <w:tcW w:type="dxa" w:w="884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Pole zgody nie jest zaznaczone z góry.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8840"/>
      </w:tblGrid>
      <w:tr>
        <w:tc>
          <w:tcPr>
            <w:tcW w:type="dxa" w:w="52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color w:val="87343A"/>
                <w:sz w:val="26"/>
              </w:rPr>
              <w:t>☐</w:t>
            </w:r>
          </w:p>
        </w:tc>
        <w:tc>
          <w:tcPr>
            <w:tcW w:type="dxa" w:w="884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Nadawca, kanał, zakres i sposób wycofania są jednoznaczne.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8840"/>
      </w:tblGrid>
      <w:tr>
        <w:tc>
          <w:tcPr>
            <w:tcW w:type="dxa" w:w="52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color w:val="87343A"/>
                <w:sz w:val="26"/>
              </w:rPr>
              <w:t>☐</w:t>
            </w:r>
          </w:p>
        </w:tc>
        <w:tc>
          <w:tcPr>
            <w:tcW w:type="dxa" w:w="884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Odbiorca otrzymuje właściwą informację o przetwarzaniu danych.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8840"/>
      </w:tblGrid>
      <w:tr>
        <w:tc>
          <w:tcPr>
            <w:tcW w:type="dxa" w:w="52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color w:val="87343A"/>
                <w:sz w:val="26"/>
              </w:rPr>
              <w:t>☐</w:t>
            </w:r>
          </w:p>
        </w:tc>
        <w:tc>
          <w:tcPr>
            <w:tcW w:type="dxa" w:w="884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System zapisuje treść, wersję, datę, źródło i dowód zgody.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8840"/>
      </w:tblGrid>
      <w:tr>
        <w:tc>
          <w:tcPr>
            <w:tcW w:type="dxa" w:w="52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/>
                <w:color w:val="87343A"/>
                <w:sz w:val="26"/>
              </w:rPr>
              <w:t>☐</w:t>
            </w:r>
          </w:p>
        </w:tc>
        <w:tc>
          <w:tcPr>
            <w:tcW w:type="dxa" w:w="8840"/>
            <w:vAlign w:val="center"/>
            <w:shd w:fill="F7F3E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Wycofanie zgody aktualizuje wszystkie używane narzędzia i listę blokującą.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020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36572"/>
        <w:sz w:val="16"/>
      </w:rPr>
      <w:t xml:space="preserve">SEO FOR LAW  |  seoforlaw.pl  | 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B78F48"/>
        <w:sz w:val="16"/>
      </w:rPr>
      <w:t>SEO FOR LAW  |  WZÓR DOCX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7172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Georgia" w:hAnsi="Georgia"/>
      <w:b w:val="0"/>
      <w:bCs/>
      <w:color w:val="07172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Georgia" w:hAnsi="Georgia"/>
      <w:b w:val="0"/>
      <w:bCs/>
      <w:color w:val="07172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Georgia" w:hAnsi="Georgia"/>
      <w:b w:val="0"/>
      <w:bCs/>
      <w:color w:val="07172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basedOn w:val="Normal"/>
    <w:pPr>
      <w:keepNext/>
      <w:spacing w:after="60"/>
    </w:pPr>
    <w:rPr>
      <w:rFonts w:ascii="Calibri" w:hAnsi="Calibri"/>
      <w:b/>
      <w:color w:val="536572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przesłanie oferty handlowej - czysty wzór DOCX</dc:title>
  <dc:subject>Czysty formularz zgody na jedną ofertę albo cykliczne informacje handlowe e-mailem</dc:subject>
  <dc:creator>SEO FOR LAW</dc:creator>
  <cp:keywords>wzór DOCX, kancelaria prawna, dokument do uzupełnienia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